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p>
    <w:p>
      <w:pPr>
        <w:spacing w:after="240"/>
      </w:pPr>
    </w:p>
    <w:p>
      <w:pPr>
        <w:spacing w:after="240"/>
      </w:pPr>
    </w:p>
    <w:p>
      <w:pPr>
        <w:spacing w:after="240"/>
      </w:pPr>
    </w:p>
    <w:p>
      <w:pPr>
        <w:spacing w:after="240"/>
      </w:pPr>
    </w:p>
    <w:p>
      <w:pPr>
        <w:spacing w:after="360"/>
        <w:jc w:val="center"/>
      </w:pPr>
      <w:r>
        <w:rPr>
          <w:rFonts w:ascii="Calibri" w:hAnsi="Calibri"/>
          <w:b/>
          <w:color w:val="2E74B5"/>
          <w:sz w:val="20"/>
        </w:rPr>
        <w:t>A BASKETBALL ESSAY</w:t>
      </w:r>
    </w:p>
    <w:p>
      <w:pPr>
        <w:spacing w:after="200"/>
        <w:jc w:val="center"/>
      </w:pPr>
      <w:r>
        <w:rPr>
          <w:rFonts w:ascii="Calibri" w:hAnsi="Calibri"/>
          <w:b/>
          <w:color w:val="203748"/>
          <w:sz w:val="62"/>
        </w:rPr>
        <w:t>THE SHOT THAT EXISTS</w:t>
      </w:r>
    </w:p>
    <w:p>
      <w:pPr>
        <w:spacing w:after="640"/>
        <w:jc w:val="center"/>
      </w:pPr>
      <w:r>
        <w:rPr>
          <w:rFonts w:ascii="Calibri" w:hAnsi="Calibri"/>
          <w:i/>
          <w:color w:val="5A5A5A"/>
          <w:sz w:val="30"/>
        </w:rPr>
        <w:t>Time, Risk, and the Error of Measuring Basketball One Attempt at a Time</w:t>
      </w:r>
    </w:p>
    <w:p>
      <w:pPr>
        <w:pStyle w:val="Epigraph"/>
        <w:spacing w:before="360" w:after="840"/>
      </w:pPr>
      <w:r>
        <w:t>The offense does not choose between the shot it has and the shot it desires. It chooses between the shot it has and the uncertain future of the possession.</w:t>
      </w:r>
    </w:p>
    <w:p>
      <w:pPr>
        <w:jc w:val="center"/>
      </w:pPr>
      <w:r>
        <w:rPr>
          <w:rFonts w:ascii="Calibri" w:hAnsi="Calibri"/>
          <w:b/>
          <w:color w:val="203748"/>
          <w:sz w:val="22"/>
        </w:rPr>
        <w:t>BERTRAND</w:t>
      </w:r>
    </w:p>
    <w:p>
      <w:r>
        <w:br w:type="page"/>
      </w:r>
    </w:p>
    <w:p>
      <w:pPr>
        <w:pStyle w:val="Heading1"/>
      </w:pPr>
      <w:r>
        <w:t>Contents</w:t>
      </w:r>
    </w:p>
    <w:p>
      <w:pPr>
        <w:pStyle w:val="ContentsEntry"/>
      </w:pPr>
      <w:r>
        <w:t>Preface: The Seduction of the Final Event</w:t>
      </w:r>
    </w:p>
    <w:p>
      <w:pPr>
        <w:pStyle w:val="ContentsEntry"/>
        <w:ind w:left="259"/>
      </w:pPr>
      <w:r>
        <w:t>1. The Shot and the Possession</w:t>
      </w:r>
    </w:p>
    <w:p>
      <w:pPr>
        <w:pStyle w:val="ContentsEntry"/>
        <w:ind w:left="259"/>
      </w:pPr>
      <w:r>
        <w:t>2. Three Choices in a Moving World</w:t>
      </w:r>
    </w:p>
    <w:p>
      <w:pPr>
        <w:pStyle w:val="ContentsEntry"/>
        <w:ind w:left="259"/>
      </w:pPr>
      <w:r>
        <w:t>3. The Price of Continuing</w:t>
      </w:r>
    </w:p>
    <w:p>
      <w:pPr>
        <w:pStyle w:val="ContentsEntry"/>
        <w:ind w:left="259"/>
      </w:pPr>
      <w:r>
        <w:t>4. The Government of the Clock</w:t>
      </w:r>
    </w:p>
    <w:p>
      <w:pPr>
        <w:pStyle w:val="ContentsEntry"/>
        <w:ind w:left="259"/>
      </w:pPr>
      <w:r>
        <w:t>5. Why Points per Shot Is Not Points per Play</w:t>
      </w:r>
    </w:p>
    <w:p>
      <w:pPr>
        <w:pStyle w:val="ContentsEntry"/>
        <w:ind w:left="259"/>
      </w:pPr>
      <w:r>
        <w:t>6. The Midrange and the Manufacture of Endings</w:t>
      </w:r>
    </w:p>
    <w:p>
      <w:pPr>
        <w:pStyle w:val="ContentsEntry"/>
        <w:ind w:left="259"/>
      </w:pPr>
      <w:r>
        <w:t>7. Mastery Without a Universal Bar</w:t>
      </w:r>
    </w:p>
    <w:p>
      <w:pPr>
        <w:pStyle w:val="ContentsEntry"/>
        <w:ind w:left="259"/>
      </w:pPr>
      <w:r>
        <w:t>8. The Defense Is Also Thinking</w:t>
      </w:r>
    </w:p>
    <w:p>
      <w:pPr>
        <w:pStyle w:val="ContentsEntry"/>
        <w:ind w:left="259"/>
      </w:pPr>
      <w:r>
        <w:t>9. What the Numbers Must Learn to See</w:t>
      </w:r>
    </w:p>
    <w:p>
      <w:pPr>
        <w:pStyle w:val="ContentsEntry"/>
        <w:ind w:left="259"/>
      </w:pPr>
      <w:r>
        <w:t>10. A Better Language for Coaching</w:t>
      </w:r>
    </w:p>
    <w:p>
      <w:pPr>
        <w:pStyle w:val="ContentsEntry"/>
      </w:pPr>
      <w:r>
        <w:t>Conclusion: The Shot That Exists</w:t>
      </w:r>
    </w:p>
    <w:p>
      <w:r>
        <w:br w:type="page"/>
      </w:r>
    </w:p>
    <w:p>
      <w:pPr>
        <w:pStyle w:val="Heading1"/>
      </w:pPr>
      <w:r>
        <w:t>Preface: The Seduction of the Final Event</w:t>
      </w:r>
    </w:p>
    <w:p>
      <w:pPr>
        <w:widowControl/>
      </w:pPr>
      <w:r>
        <w:t>Basketball analysis is naturally attracted to the event that leaves a mark in the record. A shot is attempted. It has a location. It is made or missed. Its expected value can be estimated, compared, colored on a chart, and presented with a decimal precise enough to appear conclusive. A pass that was considered and rejected leaves no such mark. A lane that existed for half a second and then disappeared is not entered in the box score. Neither is the additional risk accepted by the player who declined an available shot and continued dribbling in search of a better one.</w:t>
      </w:r>
    </w:p>
    <w:p>
      <w:pPr>
        <w:widowControl/>
      </w:pPr>
      <w:r>
        <w:t>We therefore acquire a picture of the game made chiefly from its visible endings. This is useful, but it is not complete. Worse, it tempts us into a characteristic error: we compare the ending that occurred with an ending that was never actually available.</w:t>
      </w:r>
    </w:p>
    <w:p>
      <w:pPr>
        <w:widowControl/>
      </w:pPr>
      <w:r>
        <w:t>A player takes a fifteen-foot jumper expected to produce 0.96 points. The analyst observes that an open catch-and-shoot three might produce 1.15 points and declares the first shot inferior. Yet the offense did not necessarily possess the three. It possessed the midrange jumper and a chance to continue the possession. The chance might eventually produce the three, but it might also produce a turnover, a worse shot, a violation, or the same midrange jumper under greater pressure and with less time.</w:t>
      </w:r>
    </w:p>
    <w:p>
      <w:pPr>
        <w:widowControl/>
      </w:pPr>
      <w:r>
        <w:t>The true comparison is therefore not between 0.96 and 1.15. It is between 0.96 now and the entire distribution of what may happen next.</w:t>
      </w:r>
    </w:p>
    <w:p>
      <w:pPr>
        <w:widowControl/>
      </w:pPr>
      <w:r>
        <w:t>This distinction appears modest. It is not. Once admitted, it changes how we think about shot quality, shot creation, turnovers, the shot clock, the midrange, and the players conventionally praised for getting to their spots. It reveals that shot quality and shot quantity are not competing schools of offensive philosophy. They are intertwined consequences of the same continuous decision process.</w:t>
      </w:r>
    </w:p>
    <w:p>
      <w:pPr>
        <w:widowControl/>
      </w:pPr>
      <w:r>
        <w:t>The subject of this book is that process.</w:t>
      </w:r>
    </w:p>
    <w:p>
      <w:pPr>
        <w:pStyle w:val="Heading1"/>
      </w:pPr>
      <w:r>
        <w:t>1. The Shot and the Possession</w:t>
      </w:r>
    </w:p>
    <w:p>
      <w:pPr>
        <w:widowControl/>
      </w:pPr>
      <w:r>
        <w:t>The simplest statistics treat the shot as the natural unit of offense. This is understandable because shots score the points. But the possession is the unit that must be spent, and the shot is only one way in which it can end.</w:t>
      </w:r>
    </w:p>
    <w:p>
      <w:pPr>
        <w:widowControl/>
      </w:pPr>
      <w:r>
        <w:t>Every possession begins with a resource: the right to attack before the opponent receives the ball. That resource may be converted into a shot, lost through a turnover, exhausted by the clock, or renewed through an offensive rebound. The offense is not merely selecting shot locations. It is managing the resource through time while the defense attempts to degrade it.</w:t>
      </w:r>
    </w:p>
    <w:p>
      <w:pPr>
        <w:widowControl/>
      </w:pPr>
      <w:r>
        <w:t>Suppose a ballhandler arrives at the elbow with separation. He can rise for a jumper worth, by ordinary expectation, 0.98 points. We may dislike the number because the league's best shots are worth more. But this tells us only the value of stopping. It does not tell us the value of continuing.</w:t>
      </w:r>
    </w:p>
    <w:p>
      <w:pPr>
        <w:widowControl/>
      </w:pPr>
      <w:r>
        <w:t>To know whether he should shoot, we must ask what happens if he does not. Can he reach the rim? Is the low man already waiting? Is the corner defender leaning inward? Is the pass available immediately, or would the teammate receiving it need to begin creation again? How much time remains? How likely is the next dribble to be stripped? If the ball is passed back to the perimeter, does the offense receive a genuine reset, or merely the appearance of one with seven seconds missing?</w:t>
      </w:r>
    </w:p>
    <w:p>
      <w:pPr>
        <w:widowControl/>
      </w:pPr>
      <w:r>
        <w:t>The language of shot selection often conceals these questions. It speaks as if a possession contained a menu of finished products: layup, corner three, pull-up jumper. The player need only choose the item with the greatest expected value. But basketball supplies no such menu. It supplies a sequence of unstable opportunities. Each opportunity may disappear while the player attempts to improve it.</w:t>
      </w:r>
    </w:p>
    <w:p>
      <w:pPr>
        <w:widowControl/>
      </w:pPr>
      <w:r>
        <w:t>This is why the possession must be understood continuously rather than retrospectively. The player moves through the defense, and with every movement the state changes. The angle of a help defender changes. A passing lane opens and closes. A screener rolls beneath the ball. A teammate lifts from the corner. The clock loses another second. The defense recovers from the initial advantage. What was available at one moment is not guaranteed to remain available at the next.</w:t>
      </w:r>
    </w:p>
    <w:p>
      <w:pPr>
        <w:widowControl/>
      </w:pPr>
      <w:r>
        <w:t>The shot is therefore not merely a location. It is an option with an expiration date.</w:t>
      </w:r>
    </w:p>
    <w:p>
      <w:pPr>
        <w:widowControl/>
      </w:pPr>
      <w:r>
        <w:t>To say that a player declined a 0.98-point shot is not yet to praise his patience. He may have declined an asset that the possession never recovered. To say that he took it is not yet to condemn his ambition. He may have recognized that the future of the possession was worth less.</w:t>
      </w:r>
    </w:p>
    <w:p>
      <w:pPr>
        <w:widowControl/>
      </w:pPr>
      <w:r>
        <w:t>The first principle is thus plain:</w:t>
      </w:r>
    </w:p>
    <w:p>
      <w:pPr>
        <w:pStyle w:val="Epigraph"/>
        <w:jc w:val="left"/>
      </w:pPr>
      <w:r>
        <w:t>A shot should be judged against the expected value of continuing the possession from the same state, not against the value of an ideal shot imagined afterward.</w:t>
      </w:r>
    </w:p>
    <w:p>
      <w:pPr>
        <w:widowControl/>
      </w:pPr>
      <w:r>
        <w:t>The distinction is the difference between evaluating a decision and admiring an outcome.</w:t>
      </w:r>
    </w:p>
    <w:p>
      <w:pPr>
        <w:pStyle w:val="Heading1"/>
      </w:pPr>
      <w:r>
        <w:t>2. Three Choices in a Moving World</w:t>
      </w:r>
    </w:p>
    <w:p>
      <w:pPr>
        <w:widowControl/>
      </w:pPr>
      <w:r>
        <w:t>At nearly every meaningful instant, the player with the ball faces three families of action.</w:t>
      </w:r>
    </w:p>
    <w:p>
      <w:pPr>
        <w:widowControl/>
      </w:pPr>
      <w:r>
        <w:t>He may shoot. He may pass. He may continue creating.</w:t>
      </w:r>
    </w:p>
    <w:p>
      <w:pPr>
        <w:widowControl/>
      </w:pPr>
      <w:r>
        <w:t>The first action realizes the shooting opportunity currently available. The second transfers control of the possession to a teammate. The third retains control while seeking to alter the defense through another dribble, pivot, screen, or feint.</w:t>
      </w:r>
    </w:p>
    <w:p>
      <w:pPr>
        <w:widowControl/>
      </w:pPr>
      <w:r>
        <w:t>These descriptions are simple, but their values are conditional.</w:t>
      </w:r>
    </w:p>
    <w:p>
      <w:pPr>
        <w:pStyle w:val="Heading2"/>
      </w:pPr>
      <w:r>
        <w:t>To shoot</w:t>
      </w:r>
    </w:p>
    <w:p>
      <w:pPr>
        <w:widowControl/>
      </w:pPr>
      <w:r>
        <w:t>Shooting ends the present decision process. It does not always end the possession, since a miss may be rebounded by the offense, a foul may produce free throws, and a blocked ball may remain live. Nevertheless, committing to the shot removes much of the future live-ball turnover risk borne by continued creation. The player converts a fleeting opportunity into a distribution of outcomes that can be estimated with reasonable confidence.</w:t>
      </w:r>
    </w:p>
    <w:p>
      <w:pPr>
        <w:widowControl/>
      </w:pPr>
      <w:r>
        <w:t>The value of shooting is not adequately described by raw field-goal percentage. It includes the value of two or three points, the chance of a shooting foul, the location and character of a miss, the probability of an offensive rebound, and the danger of the attempt being blocked into transition. But even this richer value has a central virtue: it is available now.</w:t>
      </w:r>
    </w:p>
    <w:p>
      <w:pPr>
        <w:pStyle w:val="Heading2"/>
      </w:pPr>
      <w:r>
        <w:t>To pass</w:t>
      </w:r>
    </w:p>
    <w:p>
      <w:pPr>
        <w:widowControl/>
      </w:pPr>
      <w:r>
        <w:t>Passing is often treated as morally superior to shooting, as though the ball becomes more intelligent by leaving the scorer's hands. But a pass is merely another wager.</w:t>
      </w:r>
    </w:p>
    <w:p>
      <w:pPr>
        <w:widowControl/>
      </w:pPr>
      <w:r>
        <w:t>The pass may create an immediate shot of greater value. If so, it is likely excellent. It may also transfer the ball to a teammate who cannot shoot, cannot attack the closeout, and must restart the offense against a recovered defense. The pass itself may be deflected or stolen. It may arrive late, low, or outside the shooting pocket, transforming what appeared to be an open three into another act of creation.</w:t>
      </w:r>
    </w:p>
    <w:p>
      <w:pPr>
        <w:widowControl/>
      </w:pPr>
      <w:r>
        <w:t>The value of a pass therefore depends not on the nominal efficiency of the teammate's favorite shot, but on the state the pass is likely to create. To whom is the ball passed? Can that player shoot immediately? What is the risk of the passing lane? How much clock is spent by the flight, catch, and next decision? Does the pass preserve the advantage or dissolve it?</w:t>
      </w:r>
    </w:p>
    <w:p>
      <w:pPr>
        <w:widowControl/>
      </w:pPr>
      <w:r>
        <w:t>An offense may move the ball beautifully while accomplishing little more than transferring responsibility.</w:t>
      </w:r>
    </w:p>
    <w:p>
      <w:pPr>
        <w:pStyle w:val="Heading2"/>
      </w:pPr>
      <w:r>
        <w:t>To continue</w:t>
      </w:r>
    </w:p>
    <w:p>
      <w:pPr>
        <w:widowControl/>
      </w:pPr>
      <w:r>
        <w:t>Continuing to dribble preserves the player's ability to improve the possession. It also preserves the defense's ability to ruin it.</w:t>
      </w:r>
    </w:p>
    <w:p>
      <w:pPr>
        <w:widowControl/>
      </w:pPr>
      <w:r>
        <w:t>Another dribble may reach the rim, draw help, open a lob, or produce a clean kickout. It may equally carry the ballhandler into a crowd, permit the defender to recover, or consume the last useful seconds of the clock. Continued creation contains upside because the player retains multiple future options. It contains risk because none of those options is secured.</w:t>
      </w:r>
    </w:p>
    <w:p>
      <w:pPr>
        <w:widowControl/>
      </w:pPr>
      <w:r>
        <w:t>This is the essential asymmetry. The shot available now is known imperfectly but concretely. The better shot desired later is only probabilistic.</w:t>
      </w:r>
    </w:p>
    <w:p>
      <w:pPr>
        <w:widowControl/>
      </w:pPr>
      <w:r>
        <w:t>The player's task is not to maximize the quality of the shot eventually attempted. It is to maximize the expected value of the possession from this moment forward. Sometimes that means refusing the first acceptable shot. Sometimes it means taking it before analysis, ambition, and the defense collaborate to make it disappear.</w:t>
      </w:r>
    </w:p>
    <w:p>
      <w:pPr>
        <w:pStyle w:val="Heading1"/>
      </w:pPr>
      <w:r>
        <w:t>3. The Price of Continuing</w:t>
      </w:r>
    </w:p>
    <w:p>
      <w:pPr>
        <w:widowControl/>
      </w:pPr>
      <w:r>
        <w:t>Offensive theory speaks frequently of creating an advantage. It speaks less frequently of the price paid while searching for one.</w:t>
      </w:r>
    </w:p>
    <w:p>
      <w:pPr>
        <w:widowControl/>
      </w:pPr>
      <w:r>
        <w:t>Time is one price. Turnover risk is another. There is also the risk of state deterioration: the defense may recover, the floor may shrink, the favorable matchup may be replaced by an unfavorable one, and the ball may arrive with a teammate who has fewer useful choices than the original handler possessed.</w:t>
      </w:r>
    </w:p>
    <w:p>
      <w:pPr>
        <w:widowControl/>
      </w:pPr>
      <w:r>
        <w:t>Imagine that the player can take a pull-up worth 0.96 points. If he continues, there is an 80 percent chance that the possession eventually produces a catch-and-shoot three worth 1.15 points and a 20 percent chance that it produces no shot because of a turnover or violation. The crude expected return of continuing is:</w:t>
      </w:r>
    </w:p>
    <w:p>
      <w:pPr>
        <w:pStyle w:val="Epigraph"/>
        <w:jc w:val="left"/>
      </w:pPr>
      <w:r>
        <w:t>0.80 x 1.15 + 0.20 x 0 = 0.92 points.</w:t>
      </w:r>
    </w:p>
    <w:p>
      <w:pPr>
        <w:widowControl/>
      </w:pPr>
      <w:r>
        <w:t>The better shot has produced the worse play.</w:t>
      </w:r>
    </w:p>
    <w:p>
      <w:pPr>
        <w:widowControl/>
      </w:pPr>
      <w:r>
        <w:t>This example is deliberately plain. Real possessions have more branches. The failed continuation may still end in a desperate attempt worth 0.55 rather than zero. The successful continuation may produce free throws or an offensive rebound. The current pull-up may also be missed and rebounded. The probabilities vary by player, lineup, coverage, and clock. Yet complexity does not weaken the principle. It strengthens it. Once all branches are admitted, no universal comparison between midrange points per shot and catch-and-shoot three points per shot can settle the decision.</w:t>
      </w:r>
    </w:p>
    <w:p>
      <w:pPr>
        <w:widowControl/>
      </w:pPr>
      <w:r>
        <w:t>One may object that a 20 percent chance of total failure is excessive. But the price of continuing need not appear as a single obvious turnover. It can be distributed across smaller harms: a few percent more turnover risk, several seconds lost, a decline in spacing, a switch back to a better defender, and a final attempt taken under greater contest. Their combined cost can easily exceed the apparent gap between two shot types.</w:t>
      </w:r>
    </w:p>
    <w:p>
      <w:pPr>
        <w:widowControl/>
      </w:pPr>
      <w:r>
        <w:t>This is where the low-turnover shot creator acquires a value that conventional shot charts obscure. If a player can reach a respectable shot without exposing the possession to much additional danger, he does not merely shoot a certain percentage. He converts possessions into attempts reliably.</w:t>
      </w:r>
    </w:p>
    <w:p>
      <w:pPr>
        <w:widowControl/>
      </w:pPr>
      <w:r>
        <w:t>There is a tendency to regard this as an aesthetic rather than mathematical virtue. A scorer is said to have a bag, to get to his spot, or to provide a bailout. These phrases can sound like refuge for those who prefer romance to measurement. Properly understood, however, they describe measurable possession economics.</w:t>
      </w:r>
    </w:p>
    <w:p>
      <w:pPr>
        <w:widowControl/>
      </w:pPr>
      <w:r>
        <w:t>The player who can obtain a 0.98-point attempt on demand may be valuable not because 0.98 is splendid, but because the alternative state of the offense is worth 0.83. His skill is not fully represented by the quality of the shot. It is partly represented by the unfavorable branches he removes from the possession's future.</w:t>
      </w:r>
    </w:p>
    <w:p>
      <w:pPr>
        <w:widowControl/>
      </w:pPr>
      <w:r>
        <w:t>This is the hidden arithmetic of control. A player may create value by raising the ceiling of a possession. He may also create value by raising its floor.</w:t>
      </w:r>
    </w:p>
    <w:p>
      <w:pPr>
        <w:pStyle w:val="Heading1"/>
      </w:pPr>
      <w:r>
        <w:t>4. The Government of the Clock</w:t>
      </w:r>
    </w:p>
    <w:p>
      <w:pPr>
        <w:widowControl/>
      </w:pPr>
      <w:r>
        <w:t>The shot clock is often treated as background information, displayed above the action but absent from our theories of shot quality. In truth, it governs the meaning of every opportunity.</w:t>
      </w:r>
    </w:p>
    <w:p>
      <w:pPr>
        <w:widowControl/>
      </w:pPr>
      <w:r>
        <w:t>A shot is not good or bad in isolation. It is good or bad relative to the alternatives that remain before time expires.</w:t>
      </w:r>
    </w:p>
    <w:p>
      <w:pPr>
        <w:widowControl/>
      </w:pPr>
      <w:r>
        <w:t>With twenty seconds left, a guarded pull-up may be declined because the offense has time to create a better state. With four seconds left, the identical shot may be a gift. The physical act has not changed. The continuation value has.</w:t>
      </w:r>
    </w:p>
    <w:p>
      <w:pPr>
        <w:widowControl/>
      </w:pPr>
      <w:r>
        <w:t>As time declines, the set of reachable futures contracts. A pass that might create an advantage at eighteen seconds may merely relocate the problem at six. An extra dribble that once preserved several options may now eliminate all but one. The offense becomes progressively less able to recover from hesitation, poor spacing, or an inaccurate pass.</w:t>
      </w:r>
    </w:p>
    <w:p>
      <w:pPr>
        <w:widowControl/>
      </w:pPr>
      <w:r>
        <w:t>This produces a natural movement toward shooting. The clock does not make the present shot more accurate. It makes refusal more expensive.</w:t>
      </w:r>
    </w:p>
    <w:p>
      <w:pPr>
        <w:widowControl/>
      </w:pPr>
      <w:r>
        <w:t>We can express the decision abstractly. Let the state of the possession be represented by s and the time remaining by t. Let Q_shoot(s,t) be the expected value of shooting now, Q_pass(s,t) the expected value of the available passes, and Q_create(s,t) the expected value of continuing to create. Then:</w:t>
      </w:r>
    </w:p>
    <w:p>
      <w:pPr>
        <w:pStyle w:val="Epigraph"/>
        <w:jc w:val="left"/>
      </w:pPr>
      <w:r>
        <w:t>V(s,t) = max { Q_shoot(s,t), Q_pass(s,t), Q_create(s,t) }.</w:t>
      </w:r>
    </w:p>
    <w:p>
      <w:pPr>
        <w:widowControl/>
      </w:pPr>
      <w:r>
        <w:t>The equation is less important than what it forbids. It forbids a fixed shooting threshold detached from time and circumstance. There is no universal number above which a shot becomes permissible. There is only the value of the shot relative to the best remaining alternative.</w:t>
      </w:r>
    </w:p>
    <w:p>
      <w:pPr>
        <w:widowControl/>
      </w:pPr>
      <w:r>
        <w:t>Early in the clock, Q_create may be large because many futures remain reachable. Late in the clock, it often collapses. Q_pass may remain large when an immediate layup or open three is available, but it may become small when the recipient must catch, survey, and begin again. Q_shoot may stay roughly constant across those moments. Therefore it becomes optimal not because it improved, but because everything else decayed.</w:t>
      </w:r>
    </w:p>
    <w:p>
      <w:pPr>
        <w:widowControl/>
      </w:pPr>
      <w:r>
        <w:t>The clock also changes who should control the ball. A player who is excellent at initiating structured offense may be less valuable with five seconds left than a player who can reach a passable jumper in two dribbles. Conversely, the late-clock specialist may be wasting possessions if he treats eighteen seconds as though they were five. Decision quality consists partly in knowing when one's emergency skill has become necessary.</w:t>
      </w:r>
    </w:p>
    <w:p>
      <w:pPr>
        <w:widowControl/>
      </w:pPr>
      <w:r>
        <w:t>The best offensive players sense this transition before it becomes visible to everyone else. They do not merely watch the clock. They understand how much usable time remains after accounting for the actions still required. Seven seconds with the ball already at the elbow is not the same as seven seconds with the ball being swung to a stationary teammate thirty feet from the basket.</w:t>
      </w:r>
    </w:p>
    <w:p>
      <w:pPr>
        <w:widowControl/>
      </w:pPr>
      <w:r>
        <w:t>The clock displayed is physical time. The clock that matters is actionable time.</w:t>
      </w:r>
    </w:p>
    <w:p>
      <w:pPr>
        <w:pStyle w:val="Heading1"/>
      </w:pPr>
      <w:r>
        <w:t>5. Why Points per Shot Is Not Points per Play</w:t>
      </w:r>
    </w:p>
    <w:p>
      <w:pPr>
        <w:widowControl/>
      </w:pPr>
      <w:r>
        <w:t>Points per shot answers a legitimate but narrow question: when this attempt is recorded, how many points does it tend to produce? It does not answer whether the decision to pursue that attempt was valuable.</w:t>
      </w:r>
    </w:p>
    <w:p>
      <w:pPr>
        <w:widowControl/>
      </w:pPr>
      <w:r>
        <w:t>The difference between points per shot and points per play is the difference between judging the product and judging the process that acquired it.</w:t>
      </w:r>
    </w:p>
    <w:p>
      <w:pPr>
        <w:widowControl/>
      </w:pPr>
      <w:r>
        <w:t>A catch-and-shoot three may be worth 1.15 points per attempt. But if generating that attempt requires a sequence with a substantial chance of turnover, the sequence is not worth 1.15 points per play. A midrange pull-up may be worth only 0.96 points per attempt. But if it can be generated almost immediately and with little danger, its value per initiated action may approach its value per shot.</w:t>
      </w:r>
    </w:p>
    <w:p>
      <w:pPr>
        <w:widowControl/>
      </w:pPr>
      <w:r>
        <w:t>This does not mean the midrange is secretly superior to the three. It means that the superiority of the three must survive the cost of acquisition.</w:t>
      </w:r>
    </w:p>
    <w:p>
      <w:pPr>
        <w:widowControl/>
      </w:pPr>
      <w:r>
        <w:t>The same reasoning explains why shot quality and shot quantity cannot be cleanly separated. A team obsessed with points per shot may extend possessions in pursuit of purity and thereby produce fewer shots, more turnovers, and more late-clock emergencies. A team obsessed with quantity may take the first available attempt and surrender opportunities that could have been improved cheaply. The intelligent offense does neither. It compares the marginal gain in shot quality with the marginal cost of seeking it.</w:t>
      </w:r>
    </w:p>
    <w:p>
      <w:pPr>
        <w:widowControl/>
      </w:pPr>
      <w:r>
        <w:t>The word marginal is indispensable. The question is not whether a rim attempt is more valuable than a pull-up jumper. It usually is. The question is whether one more action is likely to improve the current shot enough to compensate for its added risk and time.</w:t>
      </w:r>
    </w:p>
    <w:p>
      <w:pPr>
        <w:widowControl/>
      </w:pPr>
      <w:r>
        <w:t>Suppose another dribble increases the expected value of the eventual shot from 0.98 to 1.07 if successful. The gain is 0.09 points. If that dribble introduces a 7 percent chance of a zero-point live-ball turnover, its direct cost alone is roughly 0.07 points before we consider transition defense or the possibility that the defense recovers. The improvement may still be worthwhile, but it is no longer obvious. A small change in the player's handle, the defender's position, or the clock may reverse the decision.</w:t>
      </w:r>
    </w:p>
    <w:p>
      <w:pPr>
        <w:widowControl/>
      </w:pPr>
      <w:r>
        <w:t>This is why identical shot profiles can conceal different offensive abilities. One player may produce his attempts quickly from stable advantages. Another may arrive at the same locations after long, dangerous sequences. Their points per shot may match while their possession value differs.</w:t>
      </w:r>
    </w:p>
    <w:p>
      <w:pPr>
        <w:widowControl/>
      </w:pPr>
      <w:r>
        <w:t>It is also why a turnover percentage detached from creation burden can mislead. The player who undertakes the dangerous work of bending the defense accepts risks that a stationary finisher never encounters. Yet within the population of high-burden creators, the player who produces viable shots with unusually few turnovers has achieved something of enormous value. He has preserved quantity without surrendering all quality.</w:t>
      </w:r>
    </w:p>
    <w:p>
      <w:pPr>
        <w:widowControl/>
      </w:pPr>
      <w:r>
        <w:t>The offense does not receive points for possessing the theory of an open three. It receives points when the theory survives long enough to become a shot.</w:t>
      </w:r>
    </w:p>
    <w:p>
      <w:pPr>
        <w:pStyle w:val="Heading1"/>
      </w:pPr>
      <w:r>
        <w:t>6. The Midrange and the Manufacture of Endings</w:t>
      </w:r>
    </w:p>
    <w:p>
      <w:pPr>
        <w:widowControl/>
      </w:pPr>
      <w:r>
        <w:t>The midrange shot has been defended badly by many of its admirers. They point to the beauty of footwork, the history of great scorers, or the need to be unpredictable. These claims are not false, but they often leave the central analytical objection untouched: if the shot produces fewer points, why take it?</w:t>
      </w:r>
    </w:p>
    <w:p>
      <w:pPr>
        <w:widowControl/>
      </w:pPr>
      <w:r>
        <w:t>The strongest answer is not that the midrange is beautiful. It is that some players can manufacture it under conditions in which the possession has no reliable path to something better.</w:t>
      </w:r>
    </w:p>
    <w:p>
      <w:pPr>
        <w:widowControl/>
      </w:pPr>
      <w:r>
        <w:t>An elite midrange creator supplies acceptable endings.</w:t>
      </w:r>
    </w:p>
    <w:p>
      <w:pPr>
        <w:widowControl/>
      </w:pPr>
      <w:r>
        <w:t>This phrase may sound modest, almost insulting to the great scorers. It is in fact a large claim. Every offense possesses many possessions that do not develop cleanly. The first action is contained. The switch removes the initial advantage. The paint is occupied. The weak-side defender stays home. The ball returns to the creator with eight seconds left. In such possessions the central problem is no longer how to obtain the theoretically best shot. It is how to prevent the possession from becoming worthless.</w:t>
      </w:r>
    </w:p>
    <w:p>
      <w:pPr>
        <w:widowControl/>
      </w:pPr>
      <w:r>
        <w:t>The elite pull-up scorer can often solve this problem without a difficult pass or a prolonged dribble sequence. He can rise over a drop defender, stop before the rim protector, punish a switch, or create separation at an elbow. Because the shot is available across many defensive states, it functions as a floor beneath the offense.</w:t>
      </w:r>
    </w:p>
    <w:p>
      <w:pPr>
        <w:widowControl/>
      </w:pPr>
      <w:r>
        <w:t>The word available matters. A shot worth 1.20 points that can be reached in only a narrow set of conditions may contribute less to difficult possessions than a shot worth 1.00 point that can be reached from almost anywhere inside the arc. Accessibility is part of offensive value.</w:t>
      </w:r>
    </w:p>
    <w:p>
      <w:pPr>
        <w:widowControl/>
      </w:pPr>
      <w:r>
        <w:t>So is speed. A player who needs eight seconds and two screens to reach his jumper offers a different possession tool from one who can create it in two dribbles. So is security. A player who frequently loses the ball while hunting the shot may erase its scoring value. So is transferability. If the defense takes away the jumper, can the player convert its attention into a pass before the state collapses?</w:t>
      </w:r>
    </w:p>
    <w:p>
      <w:pPr>
        <w:widowControl/>
      </w:pPr>
      <w:r>
        <w:t>The best midrange creators therefore do more than make difficult shots. They hold a compact set of options in unstable spaces. The defender must respect the rise. The big must choose a depth. The helper must decide whether to commit. The scorer can stop, continue, or pass. His mastery consists partly in preserving these choices until the defense reveals which one is best.</w:t>
      </w:r>
    </w:p>
    <w:p>
      <w:pPr>
        <w:widowControl/>
      </w:pPr>
      <w:r>
        <w:t>This is not a license for every player to indulge. A low-skill midrange shooter who takes early-clock jumpers may reduce both the ceiling and the floor of the possession. He has not rescued anything; he has simply stopped searching. The defense may be pleased to grant him the shot precisely because his continuation value was greater.</w:t>
      </w:r>
    </w:p>
    <w:p>
      <w:pPr>
        <w:widowControl/>
      </w:pPr>
      <w:r>
        <w:t>The argument is conditional, not nostalgic. Midrange attempts are valuable when the player's shot-making, access, speed, turnover security, and surrounding state make shooting superior to continuing. For most players in many early-clock situations, that condition will not be met. For a few players in many more situations than a static shot chart admits, it will.</w:t>
      </w:r>
    </w:p>
    <w:p>
      <w:pPr>
        <w:widowControl/>
      </w:pPr>
      <w:r>
        <w:t>The analytic rehabilitation of the midrange should therefore be selective. We do not need to claim that all shots are equal. We need only refuse to compare a real shot with a fictional alternative.</w:t>
      </w:r>
    </w:p>
    <w:p>
      <w:pPr>
        <w:pStyle w:val="Heading1"/>
      </w:pPr>
      <w:r>
        <w:t>7. Mastery Without a Universal Bar</w:t>
      </w:r>
    </w:p>
    <w:p>
      <w:pPr>
        <w:widowControl/>
      </w:pPr>
      <w:r>
        <w:t>Some coaches permit what they call mastery shots: attempts outside the preferred team profile that a particular player has earned the right to take. This is sensible. Trouble begins when mastery is defined by a universal points-per-shot bar, such as 1.10.</w:t>
      </w:r>
    </w:p>
    <w:p>
      <w:pPr>
        <w:widowControl/>
      </w:pPr>
      <w:r>
        <w:t>At first glance the rule appears generous. It allows individual excellence while preserving mathematical discipline. In practice, however, a 1.10-point threshold is an extraordinarily high demand for a midrange shot. It requires roughly 55 percent shooting before any richer accounting of fouls and rebounds. Very few players can sustain such efficiency from the relevant areas and volumes. The apparent exception therefore admits almost nobody except the most singular scorers.</w:t>
      </w:r>
    </w:p>
    <w:p>
      <w:pPr>
        <w:widowControl/>
      </w:pPr>
      <w:r>
        <w:t>More importantly, the threshold misunderstands the decision. A 1.02-point pull-up may be optimal when the possession's continuation value is 0.88. A 1.12-point attempt may be poor when an immediate pass creates a 1.35-point opportunity. The fixed bar judges the shot without judging the state.</w:t>
      </w:r>
    </w:p>
    <w:p>
      <w:pPr>
        <w:widowControl/>
      </w:pPr>
      <w:r>
        <w:t>Mastery should not mean the ability to make a forbidden shot efficient in the abstract. It should mean the ability to recognize and exploit states in which one's reliable shot exceeds the value of continuing.</w:t>
      </w:r>
    </w:p>
    <w:p>
      <w:pPr>
        <w:widowControl/>
      </w:pPr>
      <w:r>
        <w:t>This conception has several parts.</w:t>
      </w:r>
    </w:p>
    <w:p>
      <w:pPr>
        <w:widowControl/>
      </w:pPr>
      <w:r>
        <w:t>First, the player must estimate the current attempt accurately. Confidence is not mastery. The scorer must understand his balance, defender distance, location, direction of movement, and fatigue well enough to distinguish his ordinary pull-up from his genuinely favorable one.</w:t>
      </w:r>
    </w:p>
    <w:p>
      <w:pPr>
        <w:widowControl/>
      </w:pPr>
      <w:r>
        <w:t>Second, he must estimate the alternatives. Is the roller open? Is the weak-side pass real or merely visible? Will continuing improve the possession, or has the advantage already reached its peak? How much actionable time remains?</w:t>
      </w:r>
    </w:p>
    <w:p>
      <w:pPr>
        <w:widowControl/>
      </w:pPr>
      <w:r>
        <w:t>Third, he must control the cost of access. If reaching the shot requires dangerous dribbling, the shot's apparent efficiency overstates the value of the play. The master does not merely make the jumper. He reaches it without repeatedly losing the possession.</w:t>
      </w:r>
    </w:p>
    <w:p>
      <w:pPr>
        <w:widowControl/>
      </w:pPr>
      <w:r>
        <w:t>Fourth, he must preserve the pass. A scorer who can only complete the possession once he enters the midrange is easier to govern than one who can punish the defense for overreacting. The latter's shot changes the value of his passes, and his passes preserve the quality of his shot.</w:t>
      </w:r>
    </w:p>
    <w:p>
      <w:pPr>
        <w:widowControl/>
      </w:pPr>
      <w:r>
        <w:t>Finally, he must exercise restraint early enough in the clock to permit the offense's higher-value actions to occur. The possession floor should not become the possession plan. Emergency competence becomes wasteful when used before the emergency.</w:t>
      </w:r>
    </w:p>
    <w:p>
      <w:pPr>
        <w:widowControl/>
      </w:pPr>
      <w:r>
        <w:t>A good mastery rule would therefore be relational:</w:t>
      </w:r>
    </w:p>
    <w:p>
      <w:pPr>
        <w:pStyle w:val="Epigraph"/>
        <w:jc w:val="left"/>
      </w:pPr>
      <w:r>
        <w:t>Take the shot when its expected possession value exceeds the best continuation available, with the burden of proof shifting toward the shot as actionable time declines.</w:t>
      </w:r>
    </w:p>
    <w:p>
      <w:pPr>
        <w:widowControl/>
      </w:pPr>
      <w:r>
        <w:t>This rule cannot be printed as neatly on a card. It requires teaching, film, player-specific data, and trust. But basketball does not become simple because a simple rule would be convenient.</w:t>
      </w:r>
    </w:p>
    <w:p>
      <w:pPr>
        <w:pStyle w:val="Heading1"/>
      </w:pPr>
      <w:r>
        <w:t>8. The Defense Is Also Thinking</w:t>
      </w:r>
    </w:p>
    <w:p>
      <w:pPr>
        <w:widowControl/>
      </w:pPr>
      <w:r>
        <w:t>Thus far we have treated the defense mainly as a source of risk. But the defense is not weather. It observes tendencies and reorganizes itself around them.</w:t>
      </w:r>
    </w:p>
    <w:p>
      <w:pPr>
        <w:widowControl/>
      </w:pPr>
      <w:r>
        <w:t>This adds a game-theoretic dimension to shot selection. A player who never takes the available midrange jumper teaches the defense that the space need not be defended. The big may retreat farther. The on-ball defender may chase from behind. Passing lanes that once seemed available may close because the defense no longer pays a price for conceding the pull-up.</w:t>
      </w:r>
    </w:p>
    <w:p>
      <w:pPr>
        <w:widowControl/>
      </w:pPr>
      <w:r>
        <w:t>The value of a shot can therefore exceed the points produced by that shot alone. A credible attempt changes future defensive behavior.</w:t>
      </w:r>
    </w:p>
    <w:p>
      <w:pPr>
        <w:widowControl/>
      </w:pPr>
      <w:r>
        <w:t>This claim is often abused. Every inefficient scorer would like to believe that his misses are strategic investments. Most are not. For a shot to create useful gravity, it must be threatening enough that a rational defense alters its policy. The relevant question is not whether the player is willing to shoot, but whether the defense would be harmed by ignoring him.</w:t>
      </w:r>
    </w:p>
    <w:p>
      <w:pPr>
        <w:widowControl/>
      </w:pPr>
      <w:r>
        <w:t>When the answer is yes, the midrange can become part of a mixed strategy. The offense must shoot often enough to prevent the defense from receiving the conceded space for free. The precise frequency depends on efficiency, game state, and how strongly the shot changes access to the rim or the pass. The correct rate is not necessarily high. It is high enough that the defense cannot treat refusal as certain.</w:t>
      </w:r>
    </w:p>
    <w:p>
      <w:pPr>
        <w:widowControl/>
      </w:pPr>
      <w:r>
        <w:t>This exposes another weakness in judging shots independently. The expected value of an attempt depends partly on what taking or declining similar attempts does to later possessions. An early pull-up may be slightly inferior as an isolated event yet useful if it forces a drop defender one step higher for the remainder of the game. Conversely, a player may take so many such shots that the defense gladly accepts the trade.</w:t>
      </w:r>
    </w:p>
    <w:p>
      <w:pPr>
        <w:widowControl/>
      </w:pPr>
      <w:r>
        <w:t>The strategic value must therefore be real, measured, and bounded. It does not rescue every low-value attempt. It explains why the optimal offense may contain some actions whose immediate return is below the offense's average.</w:t>
      </w:r>
    </w:p>
    <w:p>
      <w:pPr>
        <w:widowControl/>
      </w:pPr>
      <w:r>
        <w:t>An offense with no credible counter can be solved. An offense that takes every counter can be guided into its least valuable answer. Mastery lies between these failures.</w:t>
      </w:r>
    </w:p>
    <w:p>
      <w:pPr>
        <w:pStyle w:val="Heading1"/>
      </w:pPr>
      <w:r>
        <w:t>9. What the Numbers Must Learn to See</w:t>
      </w:r>
    </w:p>
    <w:p>
      <w:pPr>
        <w:widowControl/>
      </w:pPr>
      <w:r>
        <w:t>Traditional shot analysis begins after the decision has largely been made. It records the attempt and describes its location, contest, shooter, and result. A better analysis must begin earlier.</w:t>
      </w:r>
    </w:p>
    <w:p>
      <w:pPr>
        <w:widowControl/>
      </w:pPr>
      <w:r>
        <w:t>It must reconstruct the state in which the player chose to shoot, pass, or continue.</w:t>
      </w:r>
    </w:p>
    <w:p>
      <w:pPr>
        <w:widowControl/>
      </w:pPr>
      <w:r>
        <w:t>At minimum, this state includes the shot-clock time, player and ball locations, defender distances and momentum, matchup, dribble count, whether an advantage is expanding or collapsing, available passing lanes, the shooting ability of potential recipients, foul and bonus conditions, and the likely rebound geometry. It should also know the player's skill in converting each action and the lineup's ability to recover when creation is reset.</w:t>
      </w:r>
    </w:p>
    <w:p>
      <w:pPr>
        <w:widowControl/>
      </w:pPr>
      <w:r>
        <w:t>From this information we would like to estimate not one number but several.</w:t>
      </w:r>
    </w:p>
    <w:p>
      <w:pPr>
        <w:widowControl/>
      </w:pPr>
      <w:r>
        <w:t>The first is immediate shooting value: the expected possession return if the player shoots now, including fouls, rebounds, blocks, and transition consequences where possible.</w:t>
      </w:r>
    </w:p>
    <w:p>
      <w:pPr>
        <w:widowControl/>
      </w:pPr>
      <w:r>
        <w:t>The second is pass value: the expected return of each feasible pass, including the chance of interception, the quality of the catch, whether the recipient can shoot immediately, and the new state created after the catch.</w:t>
      </w:r>
    </w:p>
    <w:p>
      <w:pPr>
        <w:widowControl/>
      </w:pPr>
      <w:r>
        <w:t>The third is creation value: the expected return of continuing with the ball, accounting for turnover risk, clock loss, defensive recovery, and the distribution of future shot states.</w:t>
      </w:r>
    </w:p>
    <w:p>
      <w:pPr>
        <w:widowControl/>
      </w:pPr>
      <w:r>
        <w:t>The fourth is decision value: the difference between the action chosen and the best action available according to the model. This is the quantity most closely related to judgment.</w:t>
      </w:r>
    </w:p>
    <w:p>
      <w:pPr>
        <w:widowControl/>
      </w:pPr>
      <w:r>
        <w:t>The fifth is access value: how reliably the player can produce a viable attempt from deteriorating states. This is the quantity hidden inside phrases such as getting to a spot or creating something from nothing.</w:t>
      </w:r>
    </w:p>
    <w:p>
      <w:pPr>
        <w:widowControl/>
      </w:pPr>
      <w:r>
        <w:t>Such a model would not be easy. The alternative actions are counterfactual. We observe what occurred, not what would have occurred had the player taken one more dribble or made the pass. Teammates and defenders are not stationary objects. Their reactions depend on the player's reputation and on the actions already shown during the game. Any estimate will contain uncertainty.</w:t>
      </w:r>
    </w:p>
    <w:p>
      <w:pPr>
        <w:widowControl/>
      </w:pPr>
      <w:r>
        <w:t>But difficulty is not an argument for asking the wrong question with confidence.</w:t>
      </w:r>
    </w:p>
    <w:p>
      <w:pPr>
        <w:widowControl/>
      </w:pPr>
      <w:r>
        <w:t>Even imperfect approximations would improve our thinking. We can compare possessions with similar geometry and clock. We can estimate turnover hazards after additional dribbles or particular passes. We can measure how often a pass produces an immediate attempt rather than a reset. We can separate early-clock pull-ups from late-clock rescues. We can identify players whose respectable midrange efficiency is accompanied by unusually low creation turnovers and players whose identical efficiency is purchased at great risk.</w:t>
      </w:r>
    </w:p>
    <w:p>
      <w:pPr>
        <w:widowControl/>
      </w:pPr>
      <w:r>
        <w:t>The most important correction may be conceptual rather than computational. Analysts should stop calling a shot bad merely because another shot type has a higher league-average value. They should ask whether the better shot was reachable, at what cost, and with what probability.</w:t>
      </w:r>
    </w:p>
    <w:p>
      <w:pPr>
        <w:widowControl/>
      </w:pPr>
      <w:r>
        <w:t>The box score records the ending. Analysis must recover the choice.</w:t>
      </w:r>
    </w:p>
    <w:p>
      <w:pPr>
        <w:pStyle w:val="Heading1"/>
      </w:pPr>
      <w:r>
        <w:t>10. A Better Language for Coaching</w:t>
      </w:r>
    </w:p>
    <w:p>
      <w:pPr>
        <w:widowControl/>
      </w:pPr>
      <w:r>
        <w:t>Coaches need rules because players cannot solve a visible equation during every drive. But the rules should compress the right theory.</w:t>
      </w:r>
    </w:p>
    <w:p>
      <w:pPr>
        <w:widowControl/>
      </w:pPr>
      <w:r>
        <w:t>"Only take shots worth 1.10 points" compresses the wrong theory. It presents shot value as fixed and isolated. It risks teaching players to pass up good endings while chasing nominally better ones that the possession no longer contains.</w:t>
      </w:r>
    </w:p>
    <w:p>
      <w:pPr>
        <w:widowControl/>
      </w:pPr>
      <w:r>
        <w:t>A better coaching language would distinguish four questions.</w:t>
      </w:r>
    </w:p>
    <w:p>
      <w:pPr>
        <w:pStyle w:val="Heading2"/>
      </w:pPr>
      <w:r>
        <w:t>Is it available now?</w:t>
      </w:r>
    </w:p>
    <w:p>
      <w:pPr>
        <w:widowControl/>
      </w:pPr>
      <w:r>
        <w:t>The player should identify whether the shot is genuinely present: balanced, within his skill, and sufficiently separated from the defender. A theoretical location is not an opportunity.</w:t>
      </w:r>
    </w:p>
    <w:p>
      <w:pPr>
        <w:pStyle w:val="Heading2"/>
      </w:pPr>
      <w:r>
        <w:t>Is there something better immediately available?</w:t>
      </w:r>
    </w:p>
    <w:p>
      <w:pPr>
        <w:widowControl/>
      </w:pPr>
      <w:r>
        <w:t>If a pass creates a layup or a true catch-and-shoot three without excessive risk, the offense should usually take it. The word immediately prevents the vague worship of ball movement. Passing to a teammate who must restart creation is not equivalent to creating a better shot.</w:t>
      </w:r>
    </w:p>
    <w:p>
      <w:pPr>
        <w:pStyle w:val="Heading2"/>
      </w:pPr>
      <w:r>
        <w:t>What does continuing cost?</w:t>
      </w:r>
    </w:p>
    <w:p>
      <w:pPr>
        <w:widowControl/>
      </w:pPr>
      <w:r>
        <w:t>The player should feel the defender's recovery, the crowd around the ball, the risk of the next dribble, and the time required by the next action. The aim is not to avoid risk but to demand enough improvement in exchange for accepting it.</w:t>
      </w:r>
    </w:p>
    <w:p>
      <w:pPr>
        <w:pStyle w:val="Heading2"/>
      </w:pPr>
      <w:r>
        <w:t>How much actionable time remains?</w:t>
      </w:r>
    </w:p>
    <w:p>
      <w:pPr>
        <w:widowControl/>
      </w:pPr>
      <w:r>
        <w:t>The player should count not merely seconds but required actions. A pass, catch, closeout read, and drive may consume more time than the clock can afford. As actionable time approaches zero, the standard for shooting must fall toward the best attempt that can still be executed under control.</w:t>
      </w:r>
    </w:p>
    <w:p>
      <w:pPr>
        <w:widowControl/>
      </w:pPr>
      <w:r>
        <w:t>These questions produce a practical hierarchy.</w:t>
      </w:r>
    </w:p>
    <w:p>
      <w:pPr>
        <w:widowControl/>
      </w:pPr>
      <w:r>
        <w:t>Early in the clock, preserve high-value possibilities unless the immediate shot is excellent. In the middle of the clock, cash in clear advantages before the defense recovers. Late in the clock, privilege reliable access and low turnover risk. At every stage, pass when the pass itself creates a better state, not merely because passing looks unselfish.</w:t>
      </w:r>
    </w:p>
    <w:p>
      <w:pPr>
        <w:widowControl/>
      </w:pPr>
      <w:r>
        <w:t>For mastery players, the permission should be specific. Coaches should know which locations, movements, matchups, and clock bands turn the player's pull-up into an optimal stopping decision. The player should know them too. Freedom without definition becomes indulgence. Definition without context becomes dogma.</w:t>
      </w:r>
    </w:p>
    <w:p>
      <w:pPr>
        <w:widowControl/>
      </w:pPr>
      <w:r>
        <w:t>This approach also clarifies accountability. A made shot can be a poor decision if a clearly better immediate option existed. A missed shot can be a good decision if the possession's continuation value was lower. An assist can follow a bad pass, and a turnover can follow a correct one. Outcomes matter over time, but a single outcome does not reveal the quality of the choice.</w:t>
      </w:r>
    </w:p>
    <w:p>
      <w:pPr>
        <w:widowControl/>
      </w:pPr>
      <w:r>
        <w:t>The purpose of coaching is not to remove judgment from the player. It is to improve the judgments the player can make at speed.</w:t>
      </w:r>
    </w:p>
    <w:p>
      <w:pPr>
        <w:pStyle w:val="Heading1"/>
      </w:pPr>
      <w:r>
        <w:t>Conclusion: The Shot That Exists</w:t>
      </w:r>
    </w:p>
    <w:p>
      <w:pPr>
        <w:widowControl/>
      </w:pPr>
      <w:r>
        <w:t>The modern preference for rim attempts and three-pointers was an achievement of clarity. It corrected an era in which many players took difficult two-point shots without understanding their cost. But every useful correction contains the possibility of excess. Once average shot value became visible, it was tempting to suppose that possession value could be read directly from shot location.</w:t>
      </w:r>
    </w:p>
    <w:p>
      <w:pPr>
        <w:widowControl/>
      </w:pPr>
      <w:r>
        <w:t>It cannot.</w:t>
      </w:r>
    </w:p>
    <w:p>
      <w:pPr>
        <w:widowControl/>
      </w:pPr>
      <w:r>
        <w:t>The possession is a sequence of choices under declining time and active resistance. The offense does not select from a stable menu. It encounters temporary opportunities, each of which may be accepted, transferred, or risked in search of improvement.</w:t>
      </w:r>
    </w:p>
    <w:p>
      <w:pPr>
        <w:widowControl/>
      </w:pPr>
      <w:r>
        <w:t>The midrange shot available now must therefore be compared with the uncertain future of the possession. That future includes the possibility of a better shot, but also the possibility of a turnover, a defensive recovery, a poor reset, a violation, or a worse attempt taken later. Points per shot describes the reward attached to an attempt. Points per play must include the cost of obtaining it.</w:t>
      </w:r>
    </w:p>
    <w:p>
      <w:pPr>
        <w:widowControl/>
      </w:pPr>
      <w:r>
        <w:t>This is why shot quality and shot quantity are inseparable. The creator who reaches acceptable attempts quickly and securely produces more than middling efficiency. He preserves possessions. He raises their floor. He manufactures endings where lesser creators manufacture hope.</w:t>
      </w:r>
    </w:p>
    <w:p>
      <w:pPr>
        <w:widowControl/>
      </w:pPr>
      <w:r>
        <w:t>None of this abolishes standards. Most early-clock midrange jumpers by ordinary shooters remain poor. The existence of context does not make every decision defensible. It merely demands that the decision be judged against its real alternatives.</w:t>
      </w:r>
    </w:p>
    <w:p>
      <w:pPr>
        <w:widowControl/>
      </w:pPr>
      <w:r>
        <w:t>Nor should mastery be defined by a universal threshold. A shot worth 1.10 points can be wrong when a better opportunity is immediately available. A shot worth 0.95 can be right when continuing is worth 0.80. Mastery is not exemption from mathematics. It is superior mathematics performed inside the body, under pressure, before the opportunity disappears.</w:t>
      </w:r>
    </w:p>
    <w:p>
      <w:pPr>
        <w:widowControl/>
      </w:pPr>
      <w:r>
        <w:t>The central error of static shot analysis is that it compares reality with desire. It sees the shot taken and imagines the shot preferred, while neglecting the dangerous interval between them.</w:t>
      </w:r>
    </w:p>
    <w:p>
      <w:pPr>
        <w:widowControl/>
      </w:pPr>
      <w:r>
        <w:t>Basketball is played in that interval.</w:t>
      </w:r>
    </w:p>
    <w:p>
      <w:pPr>
        <w:widowControl/>
      </w:pPr>
      <w:r>
        <w:t>The correct question is not: Was there a better shot somewhere in the offense's imagination?</w:t>
      </w:r>
    </w:p>
    <w:p>
      <w:pPr>
        <w:widowControl/>
      </w:pPr>
      <w:r>
        <w:t>It is: What was this possession worth if the player refused the shot that actually existed?</w:t>
      </w:r>
    </w:p>
    <w:sectPr w:rsidR="00FC693F" w:rsidRPr="0006063C" w:rsidSect="00034616">
      <w:footerReference w:type="default" r:id="rId9"/>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right"/>
    </w:pPr>
    <w:r>
      <w:rPr>
        <w:rFonts w:ascii="Calibri" w:hAnsi="Calibri"/>
        <w:color w:val="5A5A5A"/>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4141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pigraph">
    <w:name w:val="Epigraph"/>
    <w:basedOn w:val="Normal"/>
    <w:pPr>
      <w:spacing w:before="200" w:after="240" w:line="300" w:lineRule="auto"/>
      <w:ind w:left="792" w:right="792"/>
      <w:jc w:val="center"/>
    </w:pPr>
    <w:rPr>
      <w:rFonts w:ascii="Calibri" w:hAnsi="Calibri"/>
      <w:i/>
      <w:color w:val="203748"/>
      <w:sz w:val="23"/>
    </w:rPr>
  </w:style>
  <w:style w:type="paragraph" w:customStyle="1" w:styleId="ContentsEntry">
    <w:name w:val="Contents Entry"/>
    <w:basedOn w:val="Normal"/>
    <w:pPr>
      <w:spacing w:after="100" w:line="264" w:lineRule="auto"/>
      <w:jc w:val="left"/>
    </w:pPr>
    <w:rPr>
      <w:rFonts w:ascii="Calibri" w:hAnsi="Calibri"/>
      <w:color w:val="141414"/>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Shot That Exists</dc:title>
  <dc:subject>Time, risk, shot quality, and possession value in basketball</dc:subject>
  <dc:creator>Bertrand</dc:creator>
  <cp:keywords>basketball, shot quality, shot quantity, midrange, decision theory</cp:keywords>
  <dc:description>generated by python-docx</dc:description>
  <cp:lastModifiedBy/>
  <cp:revision>1</cp:revision>
  <dcterms:created xsi:type="dcterms:W3CDTF">2013-12-23T23:15:00Z</dcterms:created>
  <dcterms:modified xsi:type="dcterms:W3CDTF">2013-12-23T23:15:00Z</dcterms:modified>
  <cp:category/>
</cp:coreProperties>
</file>